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5C568" w14:textId="3B93797C" w:rsidR="007726C8" w:rsidRPr="00AA65DE" w:rsidRDefault="00AA65DE">
      <w:pPr>
        <w:spacing w:after="80"/>
        <w:jc w:val="center"/>
        <w:rPr>
          <w:lang w:val="es-ES"/>
        </w:rPr>
      </w:pPr>
      <w:r w:rsidRPr="00AA65DE">
        <w:rPr>
          <w:lang w:val="es-ES"/>
        </w:rPr>
        <w:t xml:space="preserve"> </w:t>
      </w:r>
      <w:r>
        <w:rPr>
          <w:lang w:val="es-ES"/>
        </w:rPr>
        <w:t xml:space="preserve">                                              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68A401BF" wp14:editId="76E3DFAA">
            <wp:extent cx="1645920" cy="92414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central_contratacion_femp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924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5322F" w14:textId="77777777" w:rsidR="00AA65DE" w:rsidRDefault="00AA65DE" w:rsidP="00AA65DE">
      <w:pPr>
        <w:spacing w:after="140"/>
        <w:jc w:val="center"/>
        <w:rPr>
          <w:b/>
          <w:color w:val="414E5A"/>
          <w:sz w:val="18"/>
          <w:lang w:val="es-ES"/>
        </w:rPr>
      </w:pPr>
    </w:p>
    <w:p w14:paraId="0E74487C" w14:textId="1E92DA64" w:rsidR="00AA65DE" w:rsidRPr="00AA65DE" w:rsidRDefault="00AA65DE" w:rsidP="00AA65DE">
      <w:pPr>
        <w:spacing w:after="140"/>
        <w:jc w:val="center"/>
        <w:rPr>
          <w:rFonts w:asciiTheme="majorHAnsi" w:hAnsiTheme="majorHAnsi" w:cstheme="majorHAnsi"/>
          <w:lang w:val="es-ES"/>
        </w:rPr>
      </w:pPr>
      <w:r w:rsidRPr="00AA65DE">
        <w:rPr>
          <w:rFonts w:asciiTheme="majorHAnsi" w:hAnsiTheme="majorHAnsi" w:cstheme="majorHAnsi"/>
          <w:b/>
          <w:color w:val="414E5A"/>
          <w:sz w:val="18"/>
          <w:lang w:val="es-ES"/>
        </w:rPr>
        <w:t>ACUERDO MARCO PARA LA PRESTACIÓN DEL SERVICIO DE OFICINA TÉCNICA PARA EL ASESORAMIENTO SOBRE AHORROS ENERGÉTICOS SUSCEPTIBLES DE CERTIFICACIÓN CAES Y LA ENAJENACIÓN PATRIMONIAL DE DICHOS BIENES A TRAVÉS DE LA CENTRAL DE CONTRATACIÓN DE LA FEMP (CC.-02/2026)</w:t>
      </w:r>
    </w:p>
    <w:p w14:paraId="2A0306FE" w14:textId="13346EE9" w:rsidR="007726C8" w:rsidRPr="00AA65DE" w:rsidRDefault="00C35134">
      <w:pPr>
        <w:jc w:val="center"/>
        <w:rPr>
          <w:rFonts w:asciiTheme="majorHAnsi" w:hAnsiTheme="majorHAnsi" w:cstheme="majorHAnsi"/>
          <w:lang w:val="es-ES"/>
        </w:rPr>
      </w:pPr>
      <w:r w:rsidRPr="00AA65DE">
        <w:rPr>
          <w:rFonts w:asciiTheme="majorHAnsi" w:hAnsiTheme="majorHAnsi" w:cstheme="majorHAnsi"/>
          <w:b/>
          <w:color w:val="18415F"/>
          <w:sz w:val="38"/>
          <w:lang w:val="es-ES"/>
        </w:rPr>
        <w:t xml:space="preserve">CUESTIONARIO </w:t>
      </w:r>
      <w:r w:rsidR="00AA65DE" w:rsidRPr="00AA65DE">
        <w:rPr>
          <w:rFonts w:asciiTheme="majorHAnsi" w:hAnsiTheme="majorHAnsi" w:cstheme="majorHAnsi"/>
          <w:b/>
          <w:color w:val="18415F"/>
          <w:sz w:val="38"/>
          <w:lang w:val="es-ES"/>
        </w:rPr>
        <w:t xml:space="preserve">PREVIO </w:t>
      </w:r>
      <w:r w:rsidRPr="00AA65DE">
        <w:rPr>
          <w:rFonts w:asciiTheme="majorHAnsi" w:hAnsiTheme="majorHAnsi" w:cstheme="majorHAnsi"/>
          <w:b/>
          <w:color w:val="18415F"/>
          <w:sz w:val="38"/>
          <w:lang w:val="es-ES"/>
        </w:rPr>
        <w:t>DE EFICIENCIA ENERGÉTICA</w:t>
      </w:r>
    </w:p>
    <w:p w14:paraId="38A7956C" w14:textId="77777777" w:rsidR="007726C8" w:rsidRPr="00AA65DE" w:rsidRDefault="00C35134">
      <w:pPr>
        <w:pStyle w:val="Ttulo1"/>
        <w:spacing w:before="140" w:after="80"/>
        <w:rPr>
          <w:rFonts w:cstheme="majorHAnsi"/>
          <w:lang w:val="es-ES"/>
        </w:rPr>
      </w:pPr>
      <w:r w:rsidRPr="00AA65DE">
        <w:rPr>
          <w:rFonts w:cstheme="majorHAnsi"/>
          <w:lang w:val="es-ES"/>
        </w:rPr>
        <w:t>1. Datos identificativos de la entidad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7726C8" w:rsidRPr="00AA65DE" w14:paraId="6C14B5E9" w14:textId="77777777">
        <w:trPr>
          <w:jc w:val="center"/>
        </w:trPr>
        <w:tc>
          <w:tcPr>
            <w:tcW w:w="5112" w:type="dxa"/>
            <w:shd w:val="clear" w:color="auto" w:fill="F2F6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1C17F2" w14:textId="77777777" w:rsidR="007726C8" w:rsidRPr="00AA65DE" w:rsidRDefault="00C35134">
            <w:pPr>
              <w:spacing w:after="40"/>
              <w:rPr>
                <w:rFonts w:asciiTheme="majorHAnsi" w:hAnsiTheme="majorHAnsi" w:cstheme="majorHAnsi"/>
              </w:rPr>
            </w:pPr>
            <w:r w:rsidRPr="00AA65DE">
              <w:rPr>
                <w:rFonts w:asciiTheme="majorHAnsi" w:hAnsiTheme="majorHAnsi" w:cstheme="majorHAnsi"/>
                <w:b/>
                <w:color w:val="414E5A"/>
                <w:sz w:val="17"/>
              </w:rPr>
              <w:t>Municipio</w:t>
            </w:r>
          </w:p>
          <w:p w14:paraId="20CF4BE0" w14:textId="0334C573" w:rsidR="007726C8" w:rsidRPr="00AA65DE" w:rsidRDefault="00C35134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AA65DE">
              <w:rPr>
                <w:rFonts w:asciiTheme="majorHAnsi" w:hAnsiTheme="majorHAnsi" w:cstheme="majorHAnsi"/>
                <w:sz w:val="16"/>
              </w:rPr>
              <w:t>_____________________________________________________________</w:t>
            </w:r>
          </w:p>
        </w:tc>
        <w:tc>
          <w:tcPr>
            <w:tcW w:w="511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9E8340" w14:textId="77777777" w:rsidR="007726C8" w:rsidRPr="00AA65DE" w:rsidRDefault="00C35134">
            <w:pPr>
              <w:spacing w:after="40"/>
              <w:rPr>
                <w:rFonts w:asciiTheme="majorHAnsi" w:hAnsiTheme="majorHAnsi" w:cstheme="majorHAnsi"/>
              </w:rPr>
            </w:pPr>
            <w:proofErr w:type="gramStart"/>
            <w:r w:rsidRPr="00AA65DE">
              <w:rPr>
                <w:rFonts w:asciiTheme="majorHAnsi" w:hAnsiTheme="majorHAnsi" w:cstheme="majorHAnsi"/>
                <w:b/>
                <w:color w:val="414E5A"/>
                <w:sz w:val="17"/>
              </w:rPr>
              <w:t>N.º</w:t>
            </w:r>
            <w:proofErr w:type="gramEnd"/>
            <w:r w:rsidRPr="00AA65DE">
              <w:rPr>
                <w:rFonts w:asciiTheme="majorHAnsi" w:hAnsiTheme="majorHAnsi" w:cstheme="majorHAnsi"/>
                <w:b/>
                <w:color w:val="414E5A"/>
                <w:sz w:val="17"/>
              </w:rPr>
              <w:t xml:space="preserve"> de habitantes</w:t>
            </w:r>
          </w:p>
          <w:p w14:paraId="1B1E14E8" w14:textId="294836CF" w:rsidR="007726C8" w:rsidRPr="00AA65DE" w:rsidRDefault="00C35134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AA65DE">
              <w:rPr>
                <w:rFonts w:asciiTheme="majorHAnsi" w:hAnsiTheme="majorHAnsi" w:cstheme="majorHAnsi"/>
                <w:sz w:val="16"/>
              </w:rPr>
              <w:t>_____________________________________________________________</w:t>
            </w:r>
          </w:p>
        </w:tc>
      </w:tr>
      <w:tr w:rsidR="007726C8" w:rsidRPr="00AA65DE" w14:paraId="656A46F1" w14:textId="77777777">
        <w:trPr>
          <w:jc w:val="center"/>
        </w:trPr>
        <w:tc>
          <w:tcPr>
            <w:tcW w:w="5112" w:type="dxa"/>
            <w:shd w:val="clear" w:color="auto" w:fill="F2F6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939D3C" w14:textId="77777777" w:rsidR="007726C8" w:rsidRPr="00AA65DE" w:rsidRDefault="00C35134">
            <w:pPr>
              <w:spacing w:after="40"/>
              <w:rPr>
                <w:rFonts w:asciiTheme="majorHAnsi" w:hAnsiTheme="majorHAnsi" w:cstheme="majorHAnsi"/>
              </w:rPr>
            </w:pPr>
            <w:r w:rsidRPr="00AA65DE">
              <w:rPr>
                <w:rFonts w:asciiTheme="majorHAnsi" w:hAnsiTheme="majorHAnsi" w:cstheme="majorHAnsi"/>
                <w:b/>
                <w:color w:val="414E5A"/>
                <w:sz w:val="17"/>
              </w:rPr>
              <w:t>Dirección</w:t>
            </w:r>
          </w:p>
          <w:p w14:paraId="4703EEB9" w14:textId="0D1AC150" w:rsidR="007726C8" w:rsidRPr="00AA65DE" w:rsidRDefault="00C35134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AA65DE">
              <w:rPr>
                <w:rFonts w:asciiTheme="majorHAnsi" w:hAnsiTheme="majorHAnsi" w:cstheme="majorHAnsi"/>
                <w:sz w:val="16"/>
              </w:rPr>
              <w:t>_____________________________________________________________</w:t>
            </w:r>
          </w:p>
        </w:tc>
        <w:tc>
          <w:tcPr>
            <w:tcW w:w="511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EA06A5" w14:textId="77777777" w:rsidR="007726C8" w:rsidRPr="00AA65DE" w:rsidRDefault="00C35134">
            <w:pPr>
              <w:spacing w:after="40"/>
              <w:rPr>
                <w:rFonts w:asciiTheme="majorHAnsi" w:hAnsiTheme="majorHAnsi" w:cstheme="majorHAnsi"/>
              </w:rPr>
            </w:pPr>
            <w:r w:rsidRPr="00AA65DE">
              <w:rPr>
                <w:rFonts w:asciiTheme="majorHAnsi" w:hAnsiTheme="majorHAnsi" w:cstheme="majorHAnsi"/>
                <w:b/>
                <w:color w:val="414E5A"/>
                <w:sz w:val="17"/>
              </w:rPr>
              <w:t>Correo electrónico</w:t>
            </w:r>
          </w:p>
          <w:p w14:paraId="390DE72C" w14:textId="72A69858" w:rsidR="007726C8" w:rsidRPr="00AA65DE" w:rsidRDefault="00C35134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AA65DE">
              <w:rPr>
                <w:rFonts w:asciiTheme="majorHAnsi" w:hAnsiTheme="majorHAnsi" w:cstheme="majorHAnsi"/>
                <w:sz w:val="16"/>
              </w:rPr>
              <w:t>_____________________________________________________________</w:t>
            </w:r>
          </w:p>
        </w:tc>
      </w:tr>
      <w:tr w:rsidR="007726C8" w:rsidRPr="00AA65DE" w14:paraId="73ED5436" w14:textId="77777777">
        <w:trPr>
          <w:jc w:val="center"/>
        </w:trPr>
        <w:tc>
          <w:tcPr>
            <w:tcW w:w="5112" w:type="dxa"/>
            <w:shd w:val="clear" w:color="auto" w:fill="F2F6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308217" w14:textId="77777777" w:rsidR="007726C8" w:rsidRPr="00AA65DE" w:rsidRDefault="00C35134">
            <w:pPr>
              <w:spacing w:after="40"/>
              <w:rPr>
                <w:rFonts w:asciiTheme="majorHAnsi" w:hAnsiTheme="majorHAnsi" w:cstheme="majorHAnsi"/>
              </w:rPr>
            </w:pPr>
            <w:r w:rsidRPr="00AA65DE">
              <w:rPr>
                <w:rFonts w:asciiTheme="majorHAnsi" w:hAnsiTheme="majorHAnsi" w:cstheme="majorHAnsi"/>
                <w:b/>
                <w:color w:val="414E5A"/>
                <w:sz w:val="17"/>
              </w:rPr>
              <w:t>Teléfono</w:t>
            </w:r>
          </w:p>
          <w:p w14:paraId="14FB6D79" w14:textId="2E54E8B4" w:rsidR="007726C8" w:rsidRPr="00AA65DE" w:rsidRDefault="00C35134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AA65DE">
              <w:rPr>
                <w:rFonts w:asciiTheme="majorHAnsi" w:hAnsiTheme="majorHAnsi" w:cstheme="majorHAnsi"/>
                <w:sz w:val="16"/>
              </w:rPr>
              <w:t>_____________________________________________________________</w:t>
            </w:r>
          </w:p>
        </w:tc>
        <w:tc>
          <w:tcPr>
            <w:tcW w:w="5112" w:type="dxa"/>
          </w:tcPr>
          <w:p w14:paraId="0CA36884" w14:textId="77777777" w:rsidR="007726C8" w:rsidRPr="00AA65DE" w:rsidRDefault="007726C8">
            <w:pPr>
              <w:rPr>
                <w:rFonts w:asciiTheme="majorHAnsi" w:hAnsiTheme="majorHAnsi" w:cstheme="majorHAnsi"/>
              </w:rPr>
            </w:pPr>
          </w:p>
        </w:tc>
      </w:tr>
    </w:tbl>
    <w:p w14:paraId="72C487A9" w14:textId="77777777" w:rsidR="007726C8" w:rsidRPr="00AA65DE" w:rsidRDefault="00C35134">
      <w:pPr>
        <w:pStyle w:val="Ttulo1"/>
        <w:spacing w:before="140" w:after="80"/>
        <w:rPr>
          <w:rFonts w:cstheme="majorHAnsi"/>
          <w:lang w:val="es-ES"/>
        </w:rPr>
      </w:pPr>
      <w:r w:rsidRPr="00AA65DE">
        <w:rPr>
          <w:rFonts w:cstheme="majorHAnsi"/>
          <w:lang w:val="es-ES"/>
        </w:rPr>
        <w:t>2. Responsable de energía de la entidad o persona de contacto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7726C8" w:rsidRPr="00AA65DE" w14:paraId="25EA896B" w14:textId="77777777">
        <w:trPr>
          <w:jc w:val="center"/>
        </w:trPr>
        <w:tc>
          <w:tcPr>
            <w:tcW w:w="5112" w:type="dxa"/>
            <w:shd w:val="clear" w:color="auto" w:fill="F2F6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955BE5" w14:textId="77777777" w:rsidR="007726C8" w:rsidRPr="00AA65DE" w:rsidRDefault="00C35134">
            <w:pPr>
              <w:spacing w:after="40"/>
              <w:rPr>
                <w:rFonts w:asciiTheme="majorHAnsi" w:hAnsiTheme="majorHAnsi" w:cstheme="majorHAnsi"/>
              </w:rPr>
            </w:pPr>
            <w:r w:rsidRPr="00AA65DE">
              <w:rPr>
                <w:rFonts w:asciiTheme="majorHAnsi" w:hAnsiTheme="majorHAnsi" w:cstheme="majorHAnsi"/>
                <w:b/>
                <w:color w:val="414E5A"/>
                <w:sz w:val="17"/>
              </w:rPr>
              <w:t xml:space="preserve">Nombre y </w:t>
            </w:r>
            <w:proofErr w:type="spellStart"/>
            <w:r w:rsidRPr="00AA65DE">
              <w:rPr>
                <w:rFonts w:asciiTheme="majorHAnsi" w:hAnsiTheme="majorHAnsi" w:cstheme="majorHAnsi"/>
                <w:b/>
                <w:color w:val="414E5A"/>
                <w:sz w:val="17"/>
              </w:rPr>
              <w:t>apellidos</w:t>
            </w:r>
            <w:proofErr w:type="spellEnd"/>
          </w:p>
          <w:p w14:paraId="14F369FD" w14:textId="77777777" w:rsidR="007726C8" w:rsidRPr="00AA65DE" w:rsidRDefault="00C35134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AA65DE">
              <w:rPr>
                <w:rFonts w:asciiTheme="majorHAnsi" w:hAnsiTheme="majorHAnsi" w:cstheme="majorHAnsi"/>
                <w:sz w:val="16"/>
              </w:rPr>
              <w:t>________________________________________________________________</w:t>
            </w:r>
          </w:p>
        </w:tc>
        <w:tc>
          <w:tcPr>
            <w:tcW w:w="511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35C3E2" w14:textId="77777777" w:rsidR="007726C8" w:rsidRPr="00AA65DE" w:rsidRDefault="00C35134">
            <w:pPr>
              <w:spacing w:after="40"/>
              <w:rPr>
                <w:rFonts w:asciiTheme="majorHAnsi" w:hAnsiTheme="majorHAnsi" w:cstheme="majorHAnsi"/>
              </w:rPr>
            </w:pPr>
            <w:r w:rsidRPr="00AA65DE">
              <w:rPr>
                <w:rFonts w:asciiTheme="majorHAnsi" w:hAnsiTheme="majorHAnsi" w:cstheme="majorHAnsi"/>
                <w:b/>
                <w:color w:val="414E5A"/>
                <w:sz w:val="17"/>
              </w:rPr>
              <w:t>Correo electrónico</w:t>
            </w:r>
          </w:p>
          <w:p w14:paraId="7EA89F0C" w14:textId="77777777" w:rsidR="007726C8" w:rsidRPr="00AA65DE" w:rsidRDefault="00C35134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AA65DE">
              <w:rPr>
                <w:rFonts w:asciiTheme="majorHAnsi" w:hAnsiTheme="majorHAnsi" w:cstheme="majorHAnsi"/>
                <w:sz w:val="16"/>
              </w:rPr>
              <w:t>________________________________________________________________</w:t>
            </w:r>
          </w:p>
        </w:tc>
      </w:tr>
      <w:tr w:rsidR="007726C8" w:rsidRPr="00AA65DE" w14:paraId="125DC735" w14:textId="77777777">
        <w:trPr>
          <w:jc w:val="center"/>
        </w:trPr>
        <w:tc>
          <w:tcPr>
            <w:tcW w:w="5112" w:type="dxa"/>
            <w:shd w:val="clear" w:color="auto" w:fill="F2F6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A6A3AA" w14:textId="77777777" w:rsidR="007726C8" w:rsidRPr="00AA65DE" w:rsidRDefault="00C35134">
            <w:pPr>
              <w:spacing w:after="40"/>
              <w:rPr>
                <w:rFonts w:asciiTheme="majorHAnsi" w:hAnsiTheme="majorHAnsi" w:cstheme="majorHAnsi"/>
              </w:rPr>
            </w:pPr>
            <w:r w:rsidRPr="00AA65DE">
              <w:rPr>
                <w:rFonts w:asciiTheme="majorHAnsi" w:hAnsiTheme="majorHAnsi" w:cstheme="majorHAnsi"/>
                <w:b/>
                <w:color w:val="414E5A"/>
                <w:sz w:val="17"/>
              </w:rPr>
              <w:t>Teléfono</w:t>
            </w:r>
          </w:p>
          <w:p w14:paraId="60E189C5" w14:textId="77777777" w:rsidR="007726C8" w:rsidRPr="00AA65DE" w:rsidRDefault="00C35134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AA65DE">
              <w:rPr>
                <w:rFonts w:asciiTheme="majorHAnsi" w:hAnsiTheme="majorHAnsi" w:cstheme="majorHAnsi"/>
                <w:sz w:val="16"/>
              </w:rPr>
              <w:t>________________________________________________________________</w:t>
            </w:r>
          </w:p>
        </w:tc>
        <w:tc>
          <w:tcPr>
            <w:tcW w:w="5112" w:type="dxa"/>
          </w:tcPr>
          <w:p w14:paraId="476F42AD" w14:textId="77777777" w:rsidR="007726C8" w:rsidRPr="00AA65DE" w:rsidRDefault="007726C8">
            <w:pPr>
              <w:rPr>
                <w:rFonts w:asciiTheme="majorHAnsi" w:hAnsiTheme="majorHAnsi" w:cstheme="majorHAnsi"/>
              </w:rPr>
            </w:pPr>
          </w:p>
        </w:tc>
      </w:tr>
    </w:tbl>
    <w:p w14:paraId="32B0065C" w14:textId="77777777" w:rsidR="007726C8" w:rsidRPr="00AA65DE" w:rsidRDefault="00C35134">
      <w:pPr>
        <w:pStyle w:val="Ttulo1"/>
        <w:spacing w:before="140" w:after="80"/>
        <w:rPr>
          <w:rFonts w:cstheme="majorHAnsi"/>
        </w:rPr>
      </w:pPr>
      <w:r w:rsidRPr="00AA65DE">
        <w:rPr>
          <w:rFonts w:cstheme="majorHAnsi"/>
        </w:rPr>
        <w:t>3. Información energética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24"/>
      </w:tblGrid>
      <w:tr w:rsidR="007726C8" w:rsidRPr="00AA65DE" w14:paraId="060E9F7E" w14:textId="77777777">
        <w:trPr>
          <w:jc w:val="center"/>
        </w:trPr>
        <w:tc>
          <w:tcPr>
            <w:tcW w:w="10224" w:type="dxa"/>
            <w:shd w:val="clear" w:color="auto" w:fill="F2F6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F0C38D" w14:textId="77777777" w:rsidR="007726C8" w:rsidRPr="00AA65DE" w:rsidRDefault="00C35134">
            <w:pPr>
              <w:spacing w:after="40"/>
              <w:rPr>
                <w:rFonts w:asciiTheme="majorHAnsi" w:hAnsiTheme="majorHAnsi" w:cstheme="majorHAnsi"/>
              </w:rPr>
            </w:pPr>
            <w:r w:rsidRPr="00AA65DE">
              <w:rPr>
                <w:rFonts w:asciiTheme="majorHAnsi" w:hAnsiTheme="majorHAnsi" w:cstheme="majorHAnsi"/>
                <w:b/>
                <w:color w:val="414E5A"/>
                <w:sz w:val="17"/>
              </w:rPr>
              <w:t>Consumo energético estimado anual (electricidad, gas natural, etc.)</w:t>
            </w:r>
          </w:p>
          <w:p w14:paraId="208AC0AE" w14:textId="77777777" w:rsidR="007726C8" w:rsidRPr="00AA65DE" w:rsidRDefault="00C35134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AA65DE">
              <w:rPr>
                <w:rFonts w:asciiTheme="majorHAnsi" w:hAnsiTheme="majorHAnsi" w:cstheme="majorHAnsi"/>
                <w:sz w:val="16"/>
              </w:rPr>
              <w:t>________________________________________________________________</w:t>
            </w:r>
          </w:p>
        </w:tc>
      </w:tr>
      <w:tr w:rsidR="007726C8" w:rsidRPr="00AA65DE" w14:paraId="546B1027" w14:textId="77777777">
        <w:trPr>
          <w:jc w:val="center"/>
        </w:trPr>
        <w:tc>
          <w:tcPr>
            <w:tcW w:w="10224" w:type="dxa"/>
            <w:shd w:val="clear" w:color="auto" w:fill="F2F6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0954CD" w14:textId="77777777" w:rsidR="007726C8" w:rsidRPr="00AA65DE" w:rsidRDefault="00C35134">
            <w:pPr>
              <w:spacing w:after="40"/>
              <w:rPr>
                <w:rFonts w:asciiTheme="majorHAnsi" w:hAnsiTheme="majorHAnsi" w:cstheme="majorHAnsi"/>
              </w:rPr>
            </w:pPr>
            <w:r w:rsidRPr="00AA65DE">
              <w:rPr>
                <w:rFonts w:asciiTheme="majorHAnsi" w:hAnsiTheme="majorHAnsi" w:cstheme="majorHAnsi"/>
                <w:b/>
                <w:color w:val="414E5A"/>
                <w:sz w:val="17"/>
              </w:rPr>
              <w:t>Número de edificios públicos</w:t>
            </w:r>
          </w:p>
          <w:p w14:paraId="530726DF" w14:textId="77777777" w:rsidR="007726C8" w:rsidRPr="00AA65DE" w:rsidRDefault="00C35134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AA65DE">
              <w:rPr>
                <w:rFonts w:asciiTheme="majorHAnsi" w:hAnsiTheme="majorHAnsi" w:cstheme="majorHAnsi"/>
                <w:sz w:val="16"/>
              </w:rPr>
              <w:t>________________________________________________________________</w:t>
            </w:r>
          </w:p>
        </w:tc>
      </w:tr>
    </w:tbl>
    <w:p w14:paraId="2A578B86" w14:textId="77777777" w:rsidR="007726C8" w:rsidRPr="00AA65DE" w:rsidRDefault="00C35134">
      <w:pPr>
        <w:pStyle w:val="Ttulo1"/>
        <w:spacing w:before="140" w:after="80"/>
        <w:rPr>
          <w:rFonts w:cstheme="majorHAnsi"/>
        </w:rPr>
      </w:pPr>
      <w:r w:rsidRPr="00AA65DE">
        <w:rPr>
          <w:rFonts w:cstheme="majorHAnsi"/>
        </w:rPr>
        <w:t>4. Actuaciones de ahorro energético</w:t>
      </w:r>
    </w:p>
    <w:p w14:paraId="7B9067F9" w14:textId="77777777" w:rsidR="007726C8" w:rsidRPr="00AA65DE" w:rsidRDefault="00C35134">
      <w:pPr>
        <w:spacing w:after="60"/>
        <w:rPr>
          <w:rFonts w:asciiTheme="majorHAnsi" w:hAnsiTheme="majorHAnsi" w:cstheme="majorHAnsi"/>
          <w:lang w:val="es-ES"/>
        </w:rPr>
      </w:pPr>
      <w:r w:rsidRPr="00AA65DE">
        <w:rPr>
          <w:rFonts w:asciiTheme="majorHAnsi" w:hAnsiTheme="majorHAnsi" w:cstheme="majorHAnsi"/>
          <w:lang w:val="es-ES"/>
        </w:rPr>
        <w:t>¿Se han realizado actuaciones de ahorro energético en el municipio después del 31 de diciembre de 2023?</w:t>
      </w:r>
    </w:p>
    <w:p w14:paraId="6DF1A28E" w14:textId="77777777" w:rsidR="007726C8" w:rsidRPr="00AA65DE" w:rsidRDefault="00C35134">
      <w:pPr>
        <w:rPr>
          <w:rFonts w:asciiTheme="majorHAnsi" w:hAnsiTheme="majorHAnsi" w:cstheme="majorHAnsi"/>
          <w:lang w:val="es-ES"/>
        </w:rPr>
      </w:pPr>
      <w:r w:rsidRPr="00AA65DE">
        <w:rPr>
          <w:rFonts w:ascii="Segoe UI Symbol" w:hAnsi="Segoe UI Symbol" w:cs="Segoe UI Symbol"/>
          <w:lang w:val="es-ES"/>
        </w:rPr>
        <w:t>☐</w:t>
      </w:r>
      <w:r w:rsidRPr="00AA65DE">
        <w:rPr>
          <w:rFonts w:asciiTheme="majorHAnsi" w:hAnsiTheme="majorHAnsi" w:cstheme="majorHAnsi"/>
          <w:lang w:val="es-ES"/>
        </w:rPr>
        <w:t xml:space="preserve"> Sí    </w:t>
      </w:r>
      <w:r w:rsidRPr="00AA65DE">
        <w:rPr>
          <w:rFonts w:ascii="Segoe UI Symbol" w:hAnsi="Segoe UI Symbol" w:cs="Segoe UI Symbol"/>
          <w:lang w:val="es-ES"/>
        </w:rPr>
        <w:t>☐</w:t>
      </w:r>
      <w:r w:rsidRPr="00AA65DE">
        <w:rPr>
          <w:rFonts w:asciiTheme="majorHAnsi" w:hAnsiTheme="majorHAnsi" w:cstheme="majorHAnsi"/>
          <w:lang w:val="es-ES"/>
        </w:rPr>
        <w:t xml:space="preserve"> No</w:t>
      </w:r>
    </w:p>
    <w:p w14:paraId="69F61F63" w14:textId="77777777" w:rsidR="007726C8" w:rsidRPr="00AA65DE" w:rsidRDefault="00C35134">
      <w:pPr>
        <w:spacing w:after="80"/>
        <w:rPr>
          <w:rFonts w:asciiTheme="majorHAnsi" w:hAnsiTheme="majorHAnsi" w:cstheme="majorHAnsi"/>
          <w:lang w:val="es-ES"/>
        </w:rPr>
      </w:pPr>
      <w:r w:rsidRPr="00AA65DE">
        <w:rPr>
          <w:rFonts w:asciiTheme="majorHAnsi" w:hAnsiTheme="majorHAnsi" w:cstheme="majorHAnsi"/>
          <w:lang w:val="es-ES"/>
        </w:rPr>
        <w:t>En caso afirmativo, indique hasta tres actuaciones: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7726C8" w:rsidRPr="00AA65DE" w14:paraId="674F8F01" w14:textId="77777777">
        <w:trPr>
          <w:tblHeader/>
          <w:jc w:val="center"/>
        </w:trPr>
        <w:tc>
          <w:tcPr>
            <w:tcW w:w="3408" w:type="dxa"/>
            <w:shd w:val="clear" w:color="auto" w:fill="18415F"/>
          </w:tcPr>
          <w:p w14:paraId="221F1845" w14:textId="77777777" w:rsidR="007726C8" w:rsidRPr="00AA65DE" w:rsidRDefault="00C35134">
            <w:pPr>
              <w:rPr>
                <w:rFonts w:asciiTheme="majorHAnsi" w:hAnsiTheme="majorHAnsi" w:cstheme="majorHAnsi"/>
              </w:rPr>
            </w:pPr>
            <w:proofErr w:type="gramStart"/>
            <w:r w:rsidRPr="00AA65DE">
              <w:rPr>
                <w:rFonts w:asciiTheme="majorHAnsi" w:hAnsiTheme="majorHAnsi" w:cstheme="majorHAnsi"/>
                <w:b/>
                <w:color w:val="FFFFFF"/>
                <w:sz w:val="17"/>
              </w:rPr>
              <w:t>N.º</w:t>
            </w:r>
            <w:proofErr w:type="gramEnd"/>
          </w:p>
        </w:tc>
        <w:tc>
          <w:tcPr>
            <w:tcW w:w="3408" w:type="dxa"/>
            <w:shd w:val="clear" w:color="auto" w:fill="18415F"/>
          </w:tcPr>
          <w:p w14:paraId="1DF2D9D9" w14:textId="77777777" w:rsidR="007726C8" w:rsidRPr="00AA65DE" w:rsidRDefault="00C35134">
            <w:pPr>
              <w:rPr>
                <w:rFonts w:asciiTheme="majorHAnsi" w:hAnsiTheme="majorHAnsi" w:cstheme="majorHAnsi"/>
                <w:lang w:val="es-ES"/>
              </w:rPr>
            </w:pPr>
            <w:r w:rsidRPr="00AA65DE">
              <w:rPr>
                <w:rFonts w:asciiTheme="majorHAnsi" w:hAnsiTheme="majorHAnsi" w:cstheme="majorHAnsi"/>
                <w:b/>
                <w:color w:val="FFFFFF"/>
                <w:sz w:val="17"/>
                <w:lang w:val="es-ES"/>
              </w:rPr>
              <w:t>Sistema sobre el que se ha actuado</w:t>
            </w:r>
          </w:p>
        </w:tc>
        <w:tc>
          <w:tcPr>
            <w:tcW w:w="3408" w:type="dxa"/>
            <w:shd w:val="clear" w:color="auto" w:fill="18415F"/>
          </w:tcPr>
          <w:p w14:paraId="089C17F4" w14:textId="77777777" w:rsidR="007726C8" w:rsidRPr="00AA65DE" w:rsidRDefault="00C35134">
            <w:pPr>
              <w:rPr>
                <w:rFonts w:asciiTheme="majorHAnsi" w:hAnsiTheme="majorHAnsi" w:cstheme="majorHAnsi"/>
              </w:rPr>
            </w:pPr>
            <w:r w:rsidRPr="00AA65DE">
              <w:rPr>
                <w:rFonts w:asciiTheme="majorHAnsi" w:hAnsiTheme="majorHAnsi" w:cstheme="majorHAnsi"/>
                <w:b/>
                <w:color w:val="FFFFFF"/>
                <w:sz w:val="17"/>
              </w:rPr>
              <w:t xml:space="preserve">Año de </w:t>
            </w:r>
            <w:proofErr w:type="spellStart"/>
            <w:r w:rsidRPr="00AA65DE">
              <w:rPr>
                <w:rFonts w:asciiTheme="majorHAnsi" w:hAnsiTheme="majorHAnsi" w:cstheme="majorHAnsi"/>
                <w:b/>
                <w:color w:val="FFFFFF"/>
                <w:sz w:val="17"/>
              </w:rPr>
              <w:t>ejecución</w:t>
            </w:r>
            <w:proofErr w:type="spellEnd"/>
          </w:p>
        </w:tc>
      </w:tr>
      <w:tr w:rsidR="007726C8" w:rsidRPr="00AA65DE" w14:paraId="330B27AC" w14:textId="77777777">
        <w:trPr>
          <w:jc w:val="center"/>
        </w:trPr>
        <w:tc>
          <w:tcPr>
            <w:tcW w:w="3408" w:type="dxa"/>
          </w:tcPr>
          <w:p w14:paraId="722E0F5F" w14:textId="77777777" w:rsidR="007726C8" w:rsidRPr="00AA65DE" w:rsidRDefault="00C35134">
            <w:pPr>
              <w:spacing w:after="40"/>
              <w:rPr>
                <w:rFonts w:asciiTheme="majorHAnsi" w:hAnsiTheme="majorHAnsi" w:cstheme="majorHAnsi"/>
              </w:rPr>
            </w:pPr>
            <w:r w:rsidRPr="00AA65DE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3408" w:type="dxa"/>
          </w:tcPr>
          <w:p w14:paraId="6C10B2EF" w14:textId="77777777" w:rsidR="007726C8" w:rsidRPr="00AA65DE" w:rsidRDefault="007726C8">
            <w:pPr>
              <w:spacing w:after="40"/>
              <w:rPr>
                <w:rFonts w:asciiTheme="majorHAnsi" w:hAnsiTheme="majorHAnsi" w:cstheme="majorHAnsi"/>
              </w:rPr>
            </w:pPr>
          </w:p>
        </w:tc>
        <w:tc>
          <w:tcPr>
            <w:tcW w:w="3408" w:type="dxa"/>
          </w:tcPr>
          <w:p w14:paraId="57AD6BBD" w14:textId="77777777" w:rsidR="007726C8" w:rsidRPr="00AA65DE" w:rsidRDefault="007726C8">
            <w:pPr>
              <w:spacing w:after="40"/>
              <w:rPr>
                <w:rFonts w:asciiTheme="majorHAnsi" w:hAnsiTheme="majorHAnsi" w:cstheme="majorHAnsi"/>
              </w:rPr>
            </w:pPr>
          </w:p>
        </w:tc>
      </w:tr>
      <w:tr w:rsidR="007726C8" w:rsidRPr="00AA65DE" w14:paraId="2A3584F1" w14:textId="77777777">
        <w:trPr>
          <w:jc w:val="center"/>
        </w:trPr>
        <w:tc>
          <w:tcPr>
            <w:tcW w:w="3408" w:type="dxa"/>
          </w:tcPr>
          <w:p w14:paraId="4DFDCE8B" w14:textId="77777777" w:rsidR="007726C8" w:rsidRPr="00AA65DE" w:rsidRDefault="00C35134">
            <w:pPr>
              <w:spacing w:after="40"/>
              <w:rPr>
                <w:rFonts w:asciiTheme="majorHAnsi" w:hAnsiTheme="majorHAnsi" w:cstheme="majorHAnsi"/>
              </w:rPr>
            </w:pPr>
            <w:r w:rsidRPr="00AA65DE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3408" w:type="dxa"/>
          </w:tcPr>
          <w:p w14:paraId="1CE99B44" w14:textId="77777777" w:rsidR="007726C8" w:rsidRPr="00AA65DE" w:rsidRDefault="007726C8">
            <w:pPr>
              <w:spacing w:after="40"/>
              <w:rPr>
                <w:rFonts w:asciiTheme="majorHAnsi" w:hAnsiTheme="majorHAnsi" w:cstheme="majorHAnsi"/>
              </w:rPr>
            </w:pPr>
          </w:p>
        </w:tc>
        <w:tc>
          <w:tcPr>
            <w:tcW w:w="3408" w:type="dxa"/>
          </w:tcPr>
          <w:p w14:paraId="48F64157" w14:textId="77777777" w:rsidR="007726C8" w:rsidRPr="00AA65DE" w:rsidRDefault="007726C8">
            <w:pPr>
              <w:spacing w:after="40"/>
              <w:rPr>
                <w:rFonts w:asciiTheme="majorHAnsi" w:hAnsiTheme="majorHAnsi" w:cstheme="majorHAnsi"/>
              </w:rPr>
            </w:pPr>
          </w:p>
        </w:tc>
      </w:tr>
      <w:tr w:rsidR="007726C8" w:rsidRPr="00AA65DE" w14:paraId="21A283E9" w14:textId="77777777">
        <w:trPr>
          <w:jc w:val="center"/>
        </w:trPr>
        <w:tc>
          <w:tcPr>
            <w:tcW w:w="3408" w:type="dxa"/>
          </w:tcPr>
          <w:p w14:paraId="6239DF53" w14:textId="77777777" w:rsidR="007726C8" w:rsidRPr="00AA65DE" w:rsidRDefault="00C35134">
            <w:pPr>
              <w:spacing w:after="40"/>
              <w:rPr>
                <w:rFonts w:asciiTheme="majorHAnsi" w:hAnsiTheme="majorHAnsi" w:cstheme="majorHAnsi"/>
              </w:rPr>
            </w:pPr>
            <w:r w:rsidRPr="00AA65DE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3408" w:type="dxa"/>
          </w:tcPr>
          <w:p w14:paraId="613961D2" w14:textId="77777777" w:rsidR="007726C8" w:rsidRPr="00AA65DE" w:rsidRDefault="007726C8">
            <w:pPr>
              <w:spacing w:after="40"/>
              <w:rPr>
                <w:rFonts w:asciiTheme="majorHAnsi" w:hAnsiTheme="majorHAnsi" w:cstheme="majorHAnsi"/>
              </w:rPr>
            </w:pPr>
          </w:p>
        </w:tc>
        <w:tc>
          <w:tcPr>
            <w:tcW w:w="3408" w:type="dxa"/>
          </w:tcPr>
          <w:p w14:paraId="716A99FD" w14:textId="77777777" w:rsidR="007726C8" w:rsidRPr="00AA65DE" w:rsidRDefault="007726C8">
            <w:pPr>
              <w:spacing w:after="40"/>
              <w:rPr>
                <w:rFonts w:asciiTheme="majorHAnsi" w:hAnsiTheme="majorHAnsi" w:cstheme="majorHAnsi"/>
              </w:rPr>
            </w:pPr>
          </w:p>
        </w:tc>
      </w:tr>
    </w:tbl>
    <w:p w14:paraId="0A167501" w14:textId="77777777" w:rsidR="004468C0" w:rsidRDefault="004468C0">
      <w:pPr>
        <w:pStyle w:val="Ttulo1"/>
        <w:spacing w:before="140" w:after="80"/>
        <w:rPr>
          <w:rFonts w:cstheme="majorHAnsi"/>
          <w:lang w:val="es-ES"/>
        </w:rPr>
      </w:pPr>
    </w:p>
    <w:p w14:paraId="72AB4501" w14:textId="0A701D08" w:rsidR="007726C8" w:rsidRPr="00AA65DE" w:rsidRDefault="00C35134">
      <w:pPr>
        <w:pStyle w:val="Ttulo1"/>
        <w:spacing w:before="140" w:after="80"/>
        <w:rPr>
          <w:rFonts w:cstheme="majorHAnsi"/>
          <w:lang w:val="es-ES"/>
        </w:rPr>
      </w:pPr>
      <w:r w:rsidRPr="00AA65DE">
        <w:rPr>
          <w:rFonts w:cstheme="majorHAnsi"/>
          <w:lang w:val="es-ES"/>
        </w:rPr>
        <w:t>5. Documentación disponible sobre el estado previo</w:t>
      </w:r>
    </w:p>
    <w:p w14:paraId="2F831C85" w14:textId="77777777" w:rsidR="007726C8" w:rsidRPr="00AA65DE" w:rsidRDefault="00C35134">
      <w:pPr>
        <w:spacing w:after="60"/>
        <w:rPr>
          <w:rFonts w:asciiTheme="majorHAnsi" w:hAnsiTheme="majorHAnsi" w:cstheme="majorHAnsi"/>
          <w:lang w:val="es-ES"/>
        </w:rPr>
      </w:pPr>
      <w:r w:rsidRPr="00AA65DE">
        <w:rPr>
          <w:rFonts w:asciiTheme="majorHAnsi" w:hAnsiTheme="majorHAnsi" w:cstheme="majorHAnsi"/>
          <w:lang w:val="es-ES"/>
        </w:rPr>
        <w:t>¿Se dispone de información del estado de las instalaciones antes de ejecutar la mejora?</w:t>
      </w:r>
    </w:p>
    <w:p w14:paraId="53E9D62F" w14:textId="77777777" w:rsidR="007726C8" w:rsidRPr="00AA65DE" w:rsidRDefault="00C35134">
      <w:pPr>
        <w:rPr>
          <w:rFonts w:asciiTheme="majorHAnsi" w:hAnsiTheme="majorHAnsi" w:cstheme="majorHAnsi"/>
        </w:rPr>
      </w:pPr>
      <w:r w:rsidRPr="00AA65DE">
        <w:rPr>
          <w:rFonts w:ascii="Segoe UI Symbol" w:hAnsi="Segoe UI Symbol" w:cs="Segoe UI Symbol"/>
        </w:rPr>
        <w:t>☐</w:t>
      </w:r>
      <w:r w:rsidRPr="00AA65DE">
        <w:rPr>
          <w:rFonts w:asciiTheme="majorHAnsi" w:hAnsiTheme="majorHAnsi" w:cstheme="majorHAnsi"/>
        </w:rPr>
        <w:t xml:space="preserve"> </w:t>
      </w:r>
      <w:proofErr w:type="spellStart"/>
      <w:r w:rsidRPr="00AA65DE">
        <w:rPr>
          <w:rFonts w:asciiTheme="majorHAnsi" w:hAnsiTheme="majorHAnsi" w:cstheme="majorHAnsi"/>
        </w:rPr>
        <w:t>Sí</w:t>
      </w:r>
      <w:proofErr w:type="spellEnd"/>
      <w:r w:rsidRPr="00AA65DE">
        <w:rPr>
          <w:rFonts w:asciiTheme="majorHAnsi" w:hAnsiTheme="majorHAnsi" w:cstheme="majorHAnsi"/>
        </w:rPr>
        <w:t xml:space="preserve">    </w:t>
      </w:r>
      <w:r w:rsidRPr="00AA65DE">
        <w:rPr>
          <w:rFonts w:ascii="Segoe UI Symbol" w:hAnsi="Segoe UI Symbol" w:cs="Segoe UI Symbol"/>
        </w:rPr>
        <w:t>☐</w:t>
      </w:r>
      <w:r w:rsidRPr="00AA65DE">
        <w:rPr>
          <w:rFonts w:asciiTheme="majorHAnsi" w:hAnsiTheme="majorHAnsi" w:cstheme="majorHAnsi"/>
        </w:rPr>
        <w:t xml:space="preserve"> No</w:t>
      </w:r>
    </w:p>
    <w:p w14:paraId="4CCAA7EF" w14:textId="77777777" w:rsidR="007726C8" w:rsidRPr="00AA65DE" w:rsidRDefault="00C35134">
      <w:pPr>
        <w:pStyle w:val="Listaconvietas"/>
        <w:rPr>
          <w:rFonts w:asciiTheme="majorHAnsi" w:hAnsiTheme="majorHAnsi" w:cstheme="majorHAnsi"/>
          <w:lang w:val="es-ES"/>
        </w:rPr>
      </w:pPr>
      <w:r w:rsidRPr="00AA65DE">
        <w:rPr>
          <w:rFonts w:ascii="Segoe UI Symbol" w:hAnsi="Segoe UI Symbol" w:cs="Segoe UI Symbol"/>
          <w:lang w:val="es-ES"/>
        </w:rPr>
        <w:t>☐</w:t>
      </w:r>
      <w:r w:rsidRPr="00AA65DE">
        <w:rPr>
          <w:rFonts w:asciiTheme="majorHAnsi" w:hAnsiTheme="majorHAnsi" w:cstheme="majorHAnsi"/>
          <w:lang w:val="es-ES"/>
        </w:rPr>
        <w:t xml:space="preserve"> Sí    </w:t>
      </w:r>
      <w:r w:rsidRPr="00AA65DE">
        <w:rPr>
          <w:rFonts w:ascii="Segoe UI Symbol" w:hAnsi="Segoe UI Symbol" w:cs="Segoe UI Symbol"/>
          <w:lang w:val="es-ES"/>
        </w:rPr>
        <w:t>☐</w:t>
      </w:r>
      <w:r w:rsidRPr="00AA65DE">
        <w:rPr>
          <w:rFonts w:asciiTheme="majorHAnsi" w:hAnsiTheme="majorHAnsi" w:cstheme="majorHAnsi"/>
          <w:lang w:val="es-ES"/>
        </w:rPr>
        <w:t xml:space="preserve"> No     Fotografías de los equipos sustituidos</w:t>
      </w:r>
    </w:p>
    <w:p w14:paraId="15995405" w14:textId="77777777" w:rsidR="007726C8" w:rsidRPr="00AA65DE" w:rsidRDefault="00C35134">
      <w:pPr>
        <w:pStyle w:val="Listaconvietas"/>
        <w:rPr>
          <w:rFonts w:asciiTheme="majorHAnsi" w:hAnsiTheme="majorHAnsi" w:cstheme="majorHAnsi"/>
          <w:lang w:val="es-ES"/>
        </w:rPr>
      </w:pPr>
      <w:r w:rsidRPr="00AA65DE">
        <w:rPr>
          <w:rFonts w:ascii="Segoe UI Symbol" w:hAnsi="Segoe UI Symbol" w:cs="Segoe UI Symbol"/>
          <w:lang w:val="es-ES"/>
        </w:rPr>
        <w:t>☐</w:t>
      </w:r>
      <w:r w:rsidRPr="00AA65DE">
        <w:rPr>
          <w:rFonts w:asciiTheme="majorHAnsi" w:hAnsiTheme="majorHAnsi" w:cstheme="majorHAnsi"/>
          <w:lang w:val="es-ES"/>
        </w:rPr>
        <w:t xml:space="preserve"> Sí    </w:t>
      </w:r>
      <w:r w:rsidRPr="00AA65DE">
        <w:rPr>
          <w:rFonts w:ascii="Segoe UI Symbol" w:hAnsi="Segoe UI Symbol" w:cs="Segoe UI Symbol"/>
          <w:lang w:val="es-ES"/>
        </w:rPr>
        <w:t>☐</w:t>
      </w:r>
      <w:r w:rsidRPr="00AA65DE">
        <w:rPr>
          <w:rFonts w:asciiTheme="majorHAnsi" w:hAnsiTheme="majorHAnsi" w:cstheme="majorHAnsi"/>
          <w:lang w:val="es-ES"/>
        </w:rPr>
        <w:t xml:space="preserve"> No     Certificados de instalación eléctrica (CIE)</w:t>
      </w:r>
    </w:p>
    <w:p w14:paraId="3638EF47" w14:textId="77777777" w:rsidR="007726C8" w:rsidRPr="00AA65DE" w:rsidRDefault="00C35134">
      <w:pPr>
        <w:pStyle w:val="Listaconvietas"/>
        <w:rPr>
          <w:rFonts w:asciiTheme="majorHAnsi" w:hAnsiTheme="majorHAnsi" w:cstheme="majorHAnsi"/>
        </w:rPr>
      </w:pPr>
      <w:r w:rsidRPr="00AA65DE">
        <w:rPr>
          <w:rFonts w:ascii="Segoe UI Symbol" w:hAnsi="Segoe UI Symbol" w:cs="Segoe UI Symbol"/>
        </w:rPr>
        <w:t>☐</w:t>
      </w:r>
      <w:r w:rsidRPr="00AA65DE">
        <w:rPr>
          <w:rFonts w:asciiTheme="majorHAnsi" w:hAnsiTheme="majorHAnsi" w:cstheme="majorHAnsi"/>
        </w:rPr>
        <w:t xml:space="preserve"> </w:t>
      </w:r>
      <w:proofErr w:type="spellStart"/>
      <w:r w:rsidRPr="00AA65DE">
        <w:rPr>
          <w:rFonts w:asciiTheme="majorHAnsi" w:hAnsiTheme="majorHAnsi" w:cstheme="majorHAnsi"/>
        </w:rPr>
        <w:t>Sí</w:t>
      </w:r>
      <w:proofErr w:type="spellEnd"/>
      <w:r w:rsidRPr="00AA65DE">
        <w:rPr>
          <w:rFonts w:asciiTheme="majorHAnsi" w:hAnsiTheme="majorHAnsi" w:cstheme="majorHAnsi"/>
        </w:rPr>
        <w:t xml:space="preserve">    </w:t>
      </w:r>
      <w:r w:rsidRPr="00AA65DE">
        <w:rPr>
          <w:rFonts w:ascii="Segoe UI Symbol" w:hAnsi="Segoe UI Symbol" w:cs="Segoe UI Symbol"/>
        </w:rPr>
        <w:t>☐</w:t>
      </w:r>
      <w:r w:rsidRPr="00AA65DE">
        <w:rPr>
          <w:rFonts w:asciiTheme="majorHAnsi" w:hAnsiTheme="majorHAnsi" w:cstheme="majorHAnsi"/>
        </w:rPr>
        <w:t xml:space="preserve"> No     </w:t>
      </w:r>
      <w:proofErr w:type="spellStart"/>
      <w:r w:rsidRPr="00AA65DE">
        <w:rPr>
          <w:rFonts w:asciiTheme="majorHAnsi" w:hAnsiTheme="majorHAnsi" w:cstheme="majorHAnsi"/>
        </w:rPr>
        <w:t>Certificados</w:t>
      </w:r>
      <w:proofErr w:type="spellEnd"/>
      <w:r w:rsidRPr="00AA65DE">
        <w:rPr>
          <w:rFonts w:asciiTheme="majorHAnsi" w:hAnsiTheme="majorHAnsi" w:cstheme="majorHAnsi"/>
        </w:rPr>
        <w:t xml:space="preserve"> de eficiencia energética de edificios</w:t>
      </w:r>
    </w:p>
    <w:p w14:paraId="414037C2" w14:textId="77777777" w:rsidR="007726C8" w:rsidRPr="00AA65DE" w:rsidRDefault="00C35134">
      <w:pPr>
        <w:pStyle w:val="Listaconvietas"/>
        <w:rPr>
          <w:rFonts w:asciiTheme="majorHAnsi" w:hAnsiTheme="majorHAnsi" w:cstheme="majorHAnsi"/>
        </w:rPr>
      </w:pPr>
      <w:r w:rsidRPr="00AA65DE">
        <w:rPr>
          <w:rFonts w:ascii="Segoe UI Symbol" w:hAnsi="Segoe UI Symbol" w:cs="Segoe UI Symbol"/>
        </w:rPr>
        <w:t>☐</w:t>
      </w:r>
      <w:r w:rsidRPr="00AA65DE">
        <w:rPr>
          <w:rFonts w:asciiTheme="majorHAnsi" w:hAnsiTheme="majorHAnsi" w:cstheme="majorHAnsi"/>
        </w:rPr>
        <w:t xml:space="preserve"> Sí    </w:t>
      </w:r>
      <w:r w:rsidRPr="00AA65DE">
        <w:rPr>
          <w:rFonts w:ascii="Segoe UI Symbol" w:hAnsi="Segoe UI Symbol" w:cs="Segoe UI Symbol"/>
        </w:rPr>
        <w:t>☐</w:t>
      </w:r>
      <w:r w:rsidRPr="00AA65DE">
        <w:rPr>
          <w:rFonts w:asciiTheme="majorHAnsi" w:hAnsiTheme="majorHAnsi" w:cstheme="majorHAnsi"/>
        </w:rPr>
        <w:t xml:space="preserve"> No     Estudios energéticos previos</w:t>
      </w:r>
    </w:p>
    <w:p w14:paraId="57A7D375" w14:textId="77777777" w:rsidR="007726C8" w:rsidRPr="00AA65DE" w:rsidRDefault="00C35134">
      <w:pPr>
        <w:pStyle w:val="Ttulo1"/>
        <w:spacing w:before="140" w:after="80"/>
        <w:rPr>
          <w:rFonts w:cstheme="majorHAnsi"/>
        </w:rPr>
      </w:pPr>
      <w:r w:rsidRPr="00AA65DE">
        <w:rPr>
          <w:rFonts w:cstheme="majorHAnsi"/>
        </w:rPr>
        <w:t>6. Actuaciones previstas a corto plazo</w:t>
      </w:r>
    </w:p>
    <w:p w14:paraId="5C68225E" w14:textId="77777777" w:rsidR="007726C8" w:rsidRPr="00AA65DE" w:rsidRDefault="00C35134">
      <w:pPr>
        <w:rPr>
          <w:rFonts w:asciiTheme="majorHAnsi" w:hAnsiTheme="majorHAnsi" w:cstheme="majorHAnsi"/>
          <w:lang w:val="es-ES"/>
        </w:rPr>
      </w:pPr>
      <w:r w:rsidRPr="00AA65DE">
        <w:rPr>
          <w:rFonts w:asciiTheme="majorHAnsi" w:hAnsiTheme="majorHAnsi" w:cstheme="majorHAnsi"/>
          <w:lang w:val="es-ES"/>
        </w:rPr>
        <w:t>¿Se han previsto actuaciones de ahorro energético en el municipio a corto plazo?</w:t>
      </w:r>
    </w:p>
    <w:p w14:paraId="21FB5B73" w14:textId="77777777" w:rsidR="007726C8" w:rsidRPr="00AA65DE" w:rsidRDefault="00C35134">
      <w:pPr>
        <w:rPr>
          <w:rFonts w:asciiTheme="majorHAnsi" w:hAnsiTheme="majorHAnsi" w:cstheme="majorHAnsi"/>
          <w:lang w:val="es-ES"/>
        </w:rPr>
      </w:pPr>
      <w:r w:rsidRPr="00AA65DE">
        <w:rPr>
          <w:rFonts w:ascii="Segoe UI Symbol" w:hAnsi="Segoe UI Symbol" w:cs="Segoe UI Symbol"/>
          <w:lang w:val="es-ES"/>
        </w:rPr>
        <w:t>☐</w:t>
      </w:r>
      <w:r w:rsidRPr="00AA65DE">
        <w:rPr>
          <w:rFonts w:asciiTheme="majorHAnsi" w:hAnsiTheme="majorHAnsi" w:cstheme="majorHAnsi"/>
          <w:lang w:val="es-ES"/>
        </w:rPr>
        <w:t xml:space="preserve"> Sí    </w:t>
      </w:r>
      <w:r w:rsidRPr="00AA65DE">
        <w:rPr>
          <w:rFonts w:ascii="Segoe UI Symbol" w:hAnsi="Segoe UI Symbol" w:cs="Segoe UI Symbol"/>
          <w:lang w:val="es-ES"/>
        </w:rPr>
        <w:t>☐</w:t>
      </w:r>
      <w:r w:rsidRPr="00AA65DE">
        <w:rPr>
          <w:rFonts w:asciiTheme="majorHAnsi" w:hAnsiTheme="majorHAnsi" w:cstheme="majorHAnsi"/>
          <w:lang w:val="es-ES"/>
        </w:rPr>
        <w:t xml:space="preserve"> No</w:t>
      </w:r>
    </w:p>
    <w:p w14:paraId="42F00273" w14:textId="77777777" w:rsidR="007726C8" w:rsidRPr="00AA65DE" w:rsidRDefault="00C35134">
      <w:pPr>
        <w:spacing w:after="40"/>
        <w:rPr>
          <w:rFonts w:asciiTheme="majorHAnsi" w:hAnsiTheme="majorHAnsi" w:cstheme="majorHAnsi"/>
          <w:lang w:val="es-ES"/>
        </w:rPr>
      </w:pPr>
      <w:r w:rsidRPr="00AA65DE">
        <w:rPr>
          <w:rFonts w:asciiTheme="majorHAnsi" w:hAnsiTheme="majorHAnsi" w:cstheme="majorHAnsi"/>
          <w:lang w:val="es-ES"/>
        </w:rPr>
        <w:t>En caso afirmativo, ¿sobre qué sistema se están planteando mejoras?</w:t>
      </w:r>
    </w:p>
    <w:p w14:paraId="0C9ACE0C" w14:textId="77777777" w:rsidR="007726C8" w:rsidRPr="00AA65DE" w:rsidRDefault="00C35134">
      <w:pPr>
        <w:rPr>
          <w:rFonts w:asciiTheme="majorHAnsi" w:hAnsiTheme="majorHAnsi" w:cstheme="majorHAnsi"/>
          <w:lang w:val="es-ES"/>
        </w:rPr>
      </w:pPr>
      <w:r w:rsidRPr="00AA65DE">
        <w:rPr>
          <w:rFonts w:ascii="Segoe UI Symbol" w:hAnsi="Segoe UI Symbol" w:cs="Segoe UI Symbol"/>
          <w:lang w:val="es-ES"/>
        </w:rPr>
        <w:t>☐</w:t>
      </w:r>
      <w:r w:rsidRPr="00AA65DE">
        <w:rPr>
          <w:rFonts w:asciiTheme="majorHAnsi" w:hAnsiTheme="majorHAnsi" w:cstheme="majorHAnsi"/>
          <w:lang w:val="es-ES"/>
        </w:rPr>
        <w:t xml:space="preserve"> Climatización   </w:t>
      </w:r>
      <w:r w:rsidRPr="00AA65DE">
        <w:rPr>
          <w:rFonts w:ascii="Segoe UI Symbol" w:hAnsi="Segoe UI Symbol" w:cs="Segoe UI Symbol"/>
          <w:lang w:val="es-ES"/>
        </w:rPr>
        <w:t>☐</w:t>
      </w:r>
      <w:r w:rsidRPr="00AA65DE">
        <w:rPr>
          <w:rFonts w:asciiTheme="majorHAnsi" w:hAnsiTheme="majorHAnsi" w:cstheme="majorHAnsi"/>
          <w:lang w:val="es-ES"/>
        </w:rPr>
        <w:t xml:space="preserve"> Iluminación interior   </w:t>
      </w:r>
      <w:r w:rsidRPr="00AA65DE">
        <w:rPr>
          <w:rFonts w:ascii="Segoe UI Symbol" w:hAnsi="Segoe UI Symbol" w:cs="Segoe UI Symbol"/>
          <w:lang w:val="es-ES"/>
        </w:rPr>
        <w:t>☐</w:t>
      </w:r>
      <w:r w:rsidRPr="00AA65DE">
        <w:rPr>
          <w:rFonts w:asciiTheme="majorHAnsi" w:hAnsiTheme="majorHAnsi" w:cstheme="majorHAnsi"/>
          <w:lang w:val="es-ES"/>
        </w:rPr>
        <w:t xml:space="preserve"> Iluminación exterior   </w:t>
      </w:r>
      <w:r w:rsidRPr="00AA65DE">
        <w:rPr>
          <w:rFonts w:ascii="Segoe UI Symbol" w:hAnsi="Segoe UI Symbol" w:cs="Segoe UI Symbol"/>
          <w:lang w:val="es-ES"/>
        </w:rPr>
        <w:t>☐</w:t>
      </w:r>
      <w:r w:rsidRPr="00AA65DE">
        <w:rPr>
          <w:rFonts w:asciiTheme="majorHAnsi" w:hAnsiTheme="majorHAnsi" w:cstheme="majorHAnsi"/>
          <w:lang w:val="es-ES"/>
        </w:rPr>
        <w:t xml:space="preserve"> Envolvente de los edificios</w:t>
      </w:r>
    </w:p>
    <w:p w14:paraId="29DF54CA" w14:textId="77777777" w:rsidR="007726C8" w:rsidRPr="00AA65DE" w:rsidRDefault="00C35134">
      <w:pPr>
        <w:rPr>
          <w:rFonts w:asciiTheme="majorHAnsi" w:hAnsiTheme="majorHAnsi" w:cstheme="majorHAnsi"/>
          <w:lang w:val="es-ES"/>
        </w:rPr>
      </w:pPr>
      <w:r w:rsidRPr="00AA65DE">
        <w:rPr>
          <w:rFonts w:ascii="Segoe UI Symbol" w:hAnsi="Segoe UI Symbol" w:cs="Segoe UI Symbol"/>
          <w:lang w:val="es-ES"/>
        </w:rPr>
        <w:t>☐</w:t>
      </w:r>
      <w:r w:rsidRPr="00AA65DE">
        <w:rPr>
          <w:rFonts w:asciiTheme="majorHAnsi" w:hAnsiTheme="majorHAnsi" w:cstheme="majorHAnsi"/>
          <w:lang w:val="es-ES"/>
        </w:rPr>
        <w:t xml:space="preserve"> Placas solares térmicas   </w:t>
      </w:r>
      <w:r w:rsidRPr="00AA65DE">
        <w:rPr>
          <w:rFonts w:ascii="Segoe UI Symbol" w:hAnsi="Segoe UI Symbol" w:cs="Segoe UI Symbol"/>
          <w:lang w:val="es-ES"/>
        </w:rPr>
        <w:t>☐</w:t>
      </w:r>
      <w:r w:rsidRPr="00AA65DE">
        <w:rPr>
          <w:rFonts w:asciiTheme="majorHAnsi" w:hAnsiTheme="majorHAnsi" w:cstheme="majorHAnsi"/>
          <w:lang w:val="es-ES"/>
        </w:rPr>
        <w:t xml:space="preserve"> Vehículos eléctricos   </w:t>
      </w:r>
      <w:r w:rsidRPr="00AA65DE">
        <w:rPr>
          <w:rFonts w:ascii="Segoe UI Symbol" w:hAnsi="Segoe UI Symbol" w:cs="Segoe UI Symbol"/>
          <w:lang w:val="es-ES"/>
        </w:rPr>
        <w:t>☐</w:t>
      </w:r>
      <w:r w:rsidRPr="00AA65DE">
        <w:rPr>
          <w:rFonts w:asciiTheme="majorHAnsi" w:hAnsiTheme="majorHAnsi" w:cstheme="majorHAnsi"/>
          <w:lang w:val="es-ES"/>
        </w:rPr>
        <w:t xml:space="preserve"> Sistema BMS   </w:t>
      </w:r>
      <w:r w:rsidRPr="00AA65DE">
        <w:rPr>
          <w:rFonts w:ascii="Segoe UI Symbol" w:hAnsi="Segoe UI Symbol" w:cs="Segoe UI Symbol"/>
          <w:lang w:val="es-ES"/>
        </w:rPr>
        <w:t>☐</w:t>
      </w:r>
      <w:r w:rsidRPr="00AA65DE">
        <w:rPr>
          <w:rFonts w:asciiTheme="majorHAnsi" w:hAnsiTheme="majorHAnsi" w:cstheme="majorHAnsi"/>
          <w:lang w:val="es-ES"/>
        </w:rPr>
        <w:t xml:space="preserve"> Otros: _______________________</w:t>
      </w:r>
    </w:p>
    <w:p w14:paraId="77C48639" w14:textId="77777777" w:rsidR="007726C8" w:rsidRPr="00AA65DE" w:rsidRDefault="00C35134">
      <w:pPr>
        <w:pStyle w:val="Ttulo1"/>
        <w:spacing w:before="140" w:after="80"/>
        <w:rPr>
          <w:rFonts w:cstheme="majorHAnsi"/>
          <w:lang w:val="es-ES"/>
        </w:rPr>
      </w:pPr>
      <w:r w:rsidRPr="00AA65DE">
        <w:rPr>
          <w:rFonts w:cstheme="majorHAnsi"/>
          <w:lang w:val="es-ES"/>
        </w:rPr>
        <w:t>7. Presupuestos y ahorro previsto</w:t>
      </w:r>
    </w:p>
    <w:p w14:paraId="495E256E" w14:textId="77777777" w:rsidR="007726C8" w:rsidRPr="00AA65DE" w:rsidRDefault="00C35134">
      <w:pPr>
        <w:rPr>
          <w:rFonts w:asciiTheme="majorHAnsi" w:hAnsiTheme="majorHAnsi" w:cstheme="majorHAnsi"/>
          <w:lang w:val="es-ES"/>
        </w:rPr>
      </w:pPr>
      <w:r w:rsidRPr="00AA65DE">
        <w:rPr>
          <w:rFonts w:asciiTheme="majorHAnsi" w:hAnsiTheme="majorHAnsi" w:cstheme="majorHAnsi"/>
          <w:lang w:val="es-ES"/>
        </w:rPr>
        <w:t>¿Se dispone de algún presupuesto para mejoras energéticas en el municipio que todavía no se hayan ejecutado?</w:t>
      </w:r>
    </w:p>
    <w:p w14:paraId="3BCEB604" w14:textId="77777777" w:rsidR="007726C8" w:rsidRPr="00AA65DE" w:rsidRDefault="00C35134">
      <w:pPr>
        <w:rPr>
          <w:rFonts w:asciiTheme="majorHAnsi" w:hAnsiTheme="majorHAnsi" w:cstheme="majorHAnsi"/>
          <w:lang w:val="es-ES"/>
        </w:rPr>
      </w:pPr>
      <w:r w:rsidRPr="00AA65DE">
        <w:rPr>
          <w:rFonts w:ascii="Segoe UI Symbol" w:hAnsi="Segoe UI Symbol" w:cs="Segoe UI Symbol"/>
          <w:lang w:val="es-ES"/>
        </w:rPr>
        <w:t>☐</w:t>
      </w:r>
      <w:r w:rsidRPr="00AA65DE">
        <w:rPr>
          <w:rFonts w:asciiTheme="majorHAnsi" w:hAnsiTheme="majorHAnsi" w:cstheme="majorHAnsi"/>
          <w:lang w:val="es-ES"/>
        </w:rPr>
        <w:t xml:space="preserve"> Sí    </w:t>
      </w:r>
      <w:r w:rsidRPr="00AA65DE">
        <w:rPr>
          <w:rFonts w:ascii="Segoe UI Symbol" w:hAnsi="Segoe UI Symbol" w:cs="Segoe UI Symbol"/>
          <w:lang w:val="es-ES"/>
        </w:rPr>
        <w:t>☐</w:t>
      </w:r>
      <w:r w:rsidRPr="00AA65DE">
        <w:rPr>
          <w:rFonts w:asciiTheme="majorHAnsi" w:hAnsiTheme="majorHAnsi" w:cstheme="majorHAnsi"/>
          <w:lang w:val="es-ES"/>
        </w:rPr>
        <w:t xml:space="preserve"> No</w:t>
      </w:r>
    </w:p>
    <w:p w14:paraId="0429951E" w14:textId="77777777" w:rsidR="007726C8" w:rsidRPr="00AA65DE" w:rsidRDefault="00C35134">
      <w:pPr>
        <w:spacing w:after="40"/>
        <w:rPr>
          <w:rFonts w:asciiTheme="majorHAnsi" w:hAnsiTheme="majorHAnsi" w:cstheme="majorHAnsi"/>
          <w:lang w:val="es-ES"/>
        </w:rPr>
      </w:pPr>
      <w:r w:rsidRPr="00AA65DE">
        <w:rPr>
          <w:rFonts w:asciiTheme="majorHAnsi" w:hAnsiTheme="majorHAnsi" w:cstheme="majorHAnsi"/>
          <w:lang w:val="es-ES"/>
        </w:rPr>
        <w:t>¿Se ha estimado el ahorro de las actuaciones previstas? En caso afirmativo, indique el ahorro previsto.</w:t>
      </w:r>
    </w:p>
    <w:p w14:paraId="4A4A5552" w14:textId="77777777" w:rsidR="007726C8" w:rsidRPr="00AA65DE" w:rsidRDefault="00C35134">
      <w:pPr>
        <w:spacing w:after="40"/>
        <w:rPr>
          <w:rFonts w:asciiTheme="majorHAnsi" w:hAnsiTheme="majorHAnsi" w:cstheme="majorHAnsi"/>
        </w:rPr>
      </w:pPr>
      <w:r w:rsidRPr="00AA65DE">
        <w:rPr>
          <w:rFonts w:asciiTheme="majorHAnsi" w:hAnsiTheme="majorHAnsi" w:cstheme="majorHAnsi"/>
        </w:rPr>
        <w:t>________________________________________________________________________________________</w:t>
      </w:r>
    </w:p>
    <w:p w14:paraId="20B81830" w14:textId="77777777" w:rsidR="007726C8" w:rsidRPr="00AA65DE" w:rsidRDefault="00C35134">
      <w:pPr>
        <w:spacing w:after="40"/>
        <w:rPr>
          <w:rFonts w:asciiTheme="majorHAnsi" w:hAnsiTheme="majorHAnsi" w:cstheme="majorHAnsi"/>
        </w:rPr>
      </w:pPr>
      <w:r w:rsidRPr="00AA65DE">
        <w:rPr>
          <w:rFonts w:asciiTheme="majorHAnsi" w:hAnsiTheme="majorHAnsi" w:cstheme="majorHAnsi"/>
        </w:rPr>
        <w:t>________________________________________________________________________________________</w:t>
      </w:r>
    </w:p>
    <w:p w14:paraId="5184A468" w14:textId="77777777" w:rsidR="007726C8" w:rsidRDefault="00C35134">
      <w:pPr>
        <w:spacing w:after="40"/>
        <w:rPr>
          <w:rFonts w:asciiTheme="majorHAnsi" w:hAnsiTheme="majorHAnsi" w:cstheme="majorHAnsi"/>
        </w:rPr>
      </w:pPr>
      <w:r w:rsidRPr="00AA65DE">
        <w:rPr>
          <w:rFonts w:asciiTheme="majorHAnsi" w:hAnsiTheme="majorHAnsi" w:cstheme="majorHAnsi"/>
        </w:rPr>
        <w:t>________________________________________________________________________________________</w:t>
      </w:r>
    </w:p>
    <w:p w14:paraId="228EC970" w14:textId="77777777" w:rsidR="00065A69" w:rsidRDefault="00065A69">
      <w:pPr>
        <w:spacing w:after="40"/>
        <w:rPr>
          <w:rFonts w:asciiTheme="majorHAnsi" w:hAnsiTheme="majorHAnsi" w:cstheme="majorHAnsi"/>
        </w:rPr>
      </w:pPr>
    </w:p>
    <w:p w14:paraId="339A97BE" w14:textId="77777777" w:rsidR="00065A69" w:rsidRDefault="00065A69">
      <w:pPr>
        <w:spacing w:after="40"/>
        <w:rPr>
          <w:rFonts w:asciiTheme="majorHAnsi" w:hAnsiTheme="majorHAnsi" w:cstheme="majorHAnsi"/>
        </w:rPr>
      </w:pPr>
    </w:p>
    <w:p w14:paraId="696F1202" w14:textId="77777777" w:rsidR="00065A69" w:rsidRDefault="00065A69">
      <w:pPr>
        <w:spacing w:after="40"/>
        <w:rPr>
          <w:rFonts w:asciiTheme="majorHAnsi" w:hAnsiTheme="majorHAnsi" w:cstheme="majorHAnsi"/>
        </w:rPr>
      </w:pPr>
    </w:p>
    <w:p w14:paraId="1BF7DABA" w14:textId="77777777" w:rsidR="00065A69" w:rsidRDefault="00065A69">
      <w:pPr>
        <w:spacing w:after="40"/>
        <w:rPr>
          <w:rFonts w:asciiTheme="majorHAnsi" w:hAnsiTheme="majorHAnsi" w:cstheme="majorHAnsi"/>
        </w:rPr>
      </w:pPr>
    </w:p>
    <w:tbl>
      <w:tblPr>
        <w:tblStyle w:val="Tablaconcuadrcula"/>
        <w:tblW w:w="10036" w:type="dxa"/>
        <w:tblInd w:w="137" w:type="dxa"/>
        <w:tblLook w:val="04A0" w:firstRow="1" w:lastRow="0" w:firstColumn="1" w:lastColumn="0" w:noHBand="0" w:noVBand="1"/>
      </w:tblPr>
      <w:tblGrid>
        <w:gridCol w:w="2715"/>
        <w:gridCol w:w="3635"/>
        <w:gridCol w:w="3686"/>
      </w:tblGrid>
      <w:tr w:rsidR="00065A69" w:rsidRPr="00065A69" w14:paraId="218C1489" w14:textId="77777777" w:rsidTr="00065A69">
        <w:trPr>
          <w:trHeight w:val="223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530C3" w14:textId="77777777" w:rsidR="00065A69" w:rsidRPr="00065A69" w:rsidRDefault="00065A69" w:rsidP="00065A69">
            <w:pPr>
              <w:spacing w:after="40" w:line="276" w:lineRule="auto"/>
              <w:rPr>
                <w:rFonts w:asciiTheme="majorHAnsi" w:hAnsiTheme="majorHAnsi" w:cstheme="majorHAnsi"/>
                <w:b/>
                <w:bCs/>
                <w:lang w:val="es-ES"/>
              </w:rPr>
            </w:pPr>
            <w:r w:rsidRPr="00065A69">
              <w:rPr>
                <w:rFonts w:asciiTheme="majorHAnsi" w:hAnsiTheme="majorHAnsi" w:cstheme="majorHAnsi"/>
                <w:b/>
                <w:bCs/>
                <w:lang w:val="es-ES"/>
              </w:rPr>
              <w:t>ADJUDICATARIA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CA167" w14:textId="77777777" w:rsidR="00065A69" w:rsidRPr="00065A69" w:rsidRDefault="00065A69" w:rsidP="00065A69">
            <w:pPr>
              <w:spacing w:after="40" w:line="276" w:lineRule="auto"/>
              <w:rPr>
                <w:rFonts w:asciiTheme="majorHAnsi" w:hAnsiTheme="majorHAnsi" w:cstheme="majorHAnsi"/>
                <w:b/>
                <w:bCs/>
                <w:lang w:val="es-ES"/>
              </w:rPr>
            </w:pPr>
            <w:r w:rsidRPr="00065A69">
              <w:rPr>
                <w:rFonts w:asciiTheme="majorHAnsi" w:hAnsiTheme="majorHAnsi" w:cstheme="majorHAnsi"/>
                <w:b/>
                <w:bCs/>
                <w:lang w:val="es-ES"/>
              </w:rPr>
              <w:t>LOTES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8A9EF" w14:textId="77777777" w:rsidR="00065A69" w:rsidRPr="00065A69" w:rsidRDefault="00065A69" w:rsidP="00065A69">
            <w:pPr>
              <w:spacing w:after="40" w:line="276" w:lineRule="auto"/>
              <w:rPr>
                <w:rFonts w:asciiTheme="majorHAnsi" w:hAnsiTheme="majorHAnsi" w:cstheme="majorHAnsi"/>
                <w:b/>
                <w:bCs/>
                <w:lang w:val="es-ES"/>
              </w:rPr>
            </w:pPr>
            <w:r w:rsidRPr="00065A69">
              <w:rPr>
                <w:rFonts w:asciiTheme="majorHAnsi" w:hAnsiTheme="majorHAnsi" w:cstheme="majorHAnsi"/>
                <w:b/>
                <w:bCs/>
                <w:lang w:val="es-ES"/>
              </w:rPr>
              <w:t>E-MAIL</w:t>
            </w:r>
          </w:p>
        </w:tc>
      </w:tr>
      <w:tr w:rsidR="00065A69" w:rsidRPr="00065A69" w14:paraId="713DD480" w14:textId="77777777" w:rsidTr="00065A69"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C9607" w14:textId="77777777" w:rsidR="00065A69" w:rsidRPr="00065A69" w:rsidRDefault="00065A69" w:rsidP="00065A69">
            <w:pPr>
              <w:spacing w:after="40" w:line="276" w:lineRule="auto"/>
              <w:jc w:val="center"/>
              <w:rPr>
                <w:rFonts w:asciiTheme="majorHAnsi" w:hAnsiTheme="majorHAnsi" w:cstheme="majorHAnsi"/>
              </w:rPr>
            </w:pPr>
            <w:r w:rsidRPr="00065A69">
              <w:rPr>
                <w:rFonts w:asciiTheme="majorHAnsi" w:hAnsiTheme="majorHAnsi" w:cstheme="majorHAnsi"/>
              </w:rPr>
              <w:t>U.T.E. PRICEWATERHOUSECOOPERS TAX &amp; LEGAL S.L. TECMAN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43E3F" w14:textId="77777777" w:rsidR="00065A69" w:rsidRPr="00065A69" w:rsidRDefault="00065A69" w:rsidP="00065A69">
            <w:pPr>
              <w:spacing w:after="40" w:line="276" w:lineRule="auto"/>
              <w:jc w:val="center"/>
              <w:rPr>
                <w:rFonts w:asciiTheme="majorHAnsi" w:hAnsiTheme="majorHAnsi" w:cstheme="majorHAnsi"/>
                <w:lang w:val="es-ES"/>
              </w:rPr>
            </w:pPr>
            <w:r w:rsidRPr="00065A69">
              <w:rPr>
                <w:rFonts w:asciiTheme="majorHAnsi" w:hAnsiTheme="majorHAnsi" w:cstheme="majorHAnsi"/>
                <w:b/>
                <w:bCs/>
                <w:lang w:val="es-ES"/>
              </w:rPr>
              <w:t>LOTE 1.</w:t>
            </w:r>
            <w:r w:rsidRPr="00065A69">
              <w:rPr>
                <w:rFonts w:asciiTheme="majorHAnsi" w:hAnsiTheme="majorHAnsi" w:cstheme="majorHAnsi"/>
                <w:lang w:val="es-ES"/>
              </w:rPr>
              <w:t xml:space="preserve"> GALICIA, ASTURIAS, CANTABRIA, PAÍS VASCO, LA RIOJA, NAVARRA.</w:t>
            </w:r>
          </w:p>
          <w:p w14:paraId="21A4B71A" w14:textId="77777777" w:rsidR="00065A69" w:rsidRPr="00065A69" w:rsidRDefault="00065A69" w:rsidP="00065A69">
            <w:pPr>
              <w:spacing w:after="40" w:line="276" w:lineRule="auto"/>
              <w:jc w:val="center"/>
              <w:rPr>
                <w:rFonts w:asciiTheme="majorHAnsi" w:hAnsiTheme="majorHAnsi" w:cstheme="majorHAnsi"/>
                <w:lang w:val="es-ES"/>
              </w:rPr>
            </w:pPr>
            <w:r w:rsidRPr="00065A69">
              <w:rPr>
                <w:rFonts w:asciiTheme="majorHAnsi" w:hAnsiTheme="majorHAnsi" w:cstheme="majorHAnsi"/>
                <w:b/>
                <w:bCs/>
                <w:lang w:val="es-ES"/>
              </w:rPr>
              <w:t>LOTE 4</w:t>
            </w:r>
            <w:r w:rsidRPr="00065A69">
              <w:rPr>
                <w:rFonts w:asciiTheme="majorHAnsi" w:hAnsiTheme="majorHAnsi" w:cstheme="majorHAnsi"/>
                <w:lang w:val="es-ES"/>
              </w:rPr>
              <w:t>. MADRID Y CASTILLA LA MANCHA.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12D79" w14:textId="77777777" w:rsidR="00065A69" w:rsidRPr="00065A69" w:rsidRDefault="00065A69" w:rsidP="00065A69">
            <w:pPr>
              <w:spacing w:after="40" w:line="276" w:lineRule="auto"/>
              <w:jc w:val="center"/>
              <w:rPr>
                <w:rFonts w:asciiTheme="majorHAnsi" w:hAnsiTheme="majorHAnsi" w:cstheme="majorHAnsi"/>
                <w:b/>
                <w:bCs/>
                <w:u w:val="single"/>
                <w:lang w:val="es-ES"/>
              </w:rPr>
            </w:pPr>
          </w:p>
          <w:p w14:paraId="790A4A4E" w14:textId="0BFFB236" w:rsidR="00065A69" w:rsidRPr="00065A69" w:rsidRDefault="00065A69" w:rsidP="00065A69">
            <w:pPr>
              <w:spacing w:after="40" w:line="276" w:lineRule="auto"/>
              <w:jc w:val="center"/>
              <w:rPr>
                <w:rFonts w:asciiTheme="majorHAnsi" w:hAnsiTheme="majorHAnsi" w:cstheme="majorHAnsi"/>
                <w:b/>
                <w:bCs/>
                <w:u w:val="single"/>
                <w:lang w:val="es-ES"/>
              </w:rPr>
            </w:pPr>
            <w:hyperlink r:id="rId9" w:history="1">
              <w:r w:rsidRPr="00065A69">
                <w:rPr>
                  <w:rStyle w:val="Hipervnculo"/>
                  <w:rFonts w:asciiTheme="majorHAnsi" w:hAnsiTheme="majorHAnsi" w:cstheme="majorHAnsi"/>
                  <w:b/>
                  <w:bCs/>
                  <w:lang w:val="es-ES"/>
                </w:rPr>
                <w:t>alejandro.feria.alvarezdetoledo@pwc.com</w:t>
              </w:r>
            </w:hyperlink>
            <w:r w:rsidRPr="00065A69">
              <w:rPr>
                <w:rFonts w:asciiTheme="majorHAnsi" w:hAnsiTheme="majorHAnsi" w:cstheme="majorHAnsi"/>
                <w:b/>
                <w:bCs/>
                <w:u w:val="single"/>
                <w:lang w:val="es-ES"/>
              </w:rPr>
              <w:t xml:space="preserve">, </w:t>
            </w:r>
            <w:hyperlink r:id="rId10" w:history="1">
              <w:r w:rsidRPr="00065A69">
                <w:rPr>
                  <w:rStyle w:val="Hipervnculo"/>
                  <w:rFonts w:asciiTheme="majorHAnsi" w:hAnsiTheme="majorHAnsi" w:cstheme="majorHAnsi"/>
                  <w:b/>
                  <w:bCs/>
                  <w:lang w:val="es-ES"/>
                </w:rPr>
                <w:t>santiagocerase@meditecenergia.com</w:t>
              </w:r>
            </w:hyperlink>
            <w:r w:rsidRPr="00065A69">
              <w:rPr>
                <w:rFonts w:asciiTheme="majorHAnsi" w:hAnsiTheme="majorHAnsi" w:cstheme="majorHAnsi"/>
                <w:b/>
                <w:bCs/>
                <w:u w:val="single"/>
                <w:lang w:val="es-ES"/>
              </w:rPr>
              <w:t xml:space="preserve"> y</w:t>
            </w:r>
          </w:p>
          <w:p w14:paraId="1AD179E4" w14:textId="77777777" w:rsidR="00065A69" w:rsidRPr="00065A69" w:rsidRDefault="00065A69" w:rsidP="00065A69">
            <w:pPr>
              <w:spacing w:after="40" w:line="276" w:lineRule="auto"/>
              <w:jc w:val="center"/>
              <w:rPr>
                <w:rFonts w:asciiTheme="majorHAnsi" w:hAnsiTheme="majorHAnsi" w:cstheme="majorHAnsi"/>
                <w:lang w:val="es-ES"/>
              </w:rPr>
            </w:pPr>
            <w:r w:rsidRPr="00065A69">
              <w:rPr>
                <w:rFonts w:asciiTheme="majorHAnsi" w:hAnsiTheme="majorHAnsi" w:cstheme="majorHAnsi"/>
                <w:b/>
                <w:bCs/>
                <w:u w:val="single"/>
                <w:lang w:val="es-ES"/>
              </w:rPr>
              <w:t>centraldecontratacion@femp.es</w:t>
            </w:r>
          </w:p>
        </w:tc>
      </w:tr>
      <w:tr w:rsidR="00065A69" w:rsidRPr="00065A69" w14:paraId="28EC10F6" w14:textId="77777777" w:rsidTr="00065A69"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E26F0" w14:textId="77777777" w:rsidR="00065A69" w:rsidRPr="00065A69" w:rsidRDefault="00065A69" w:rsidP="00065A69">
            <w:pPr>
              <w:spacing w:after="40" w:line="276" w:lineRule="auto"/>
              <w:jc w:val="center"/>
              <w:rPr>
                <w:rFonts w:asciiTheme="majorHAnsi" w:hAnsiTheme="majorHAnsi" w:cstheme="majorHAnsi"/>
                <w:lang w:val="es-ES"/>
              </w:rPr>
            </w:pPr>
            <w:r w:rsidRPr="00065A69">
              <w:rPr>
                <w:rFonts w:asciiTheme="majorHAnsi" w:hAnsiTheme="majorHAnsi" w:cstheme="majorHAnsi"/>
                <w:lang w:val="es-ES"/>
              </w:rPr>
              <w:t>U.T.E. SINCEO 2 INGENIERIA ENERGETICA S.L. PW ADVISORY &amp; CAPITAL SERVICES S.L.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8A983" w14:textId="77777777" w:rsidR="00065A69" w:rsidRPr="00065A69" w:rsidRDefault="00065A69" w:rsidP="00065A69">
            <w:pPr>
              <w:spacing w:after="40" w:line="276" w:lineRule="auto"/>
              <w:jc w:val="center"/>
              <w:rPr>
                <w:rFonts w:asciiTheme="majorHAnsi" w:hAnsiTheme="majorHAnsi" w:cstheme="majorHAnsi"/>
                <w:lang w:val="es-ES"/>
              </w:rPr>
            </w:pPr>
            <w:r w:rsidRPr="00065A69">
              <w:rPr>
                <w:rFonts w:asciiTheme="majorHAnsi" w:hAnsiTheme="majorHAnsi" w:cstheme="majorHAnsi"/>
                <w:b/>
                <w:bCs/>
                <w:lang w:val="es-ES"/>
              </w:rPr>
              <w:t>LOTE 2</w:t>
            </w:r>
            <w:r w:rsidRPr="00065A69">
              <w:rPr>
                <w:rFonts w:asciiTheme="majorHAnsi" w:hAnsiTheme="majorHAnsi" w:cstheme="majorHAnsi"/>
                <w:lang w:val="es-ES"/>
              </w:rPr>
              <w:t>. ANDALUCÍA, MURCIA, ISLAS CANARIAS, EXTREMADURA, CASTILLA Y LEÓN.</w:t>
            </w:r>
          </w:p>
          <w:p w14:paraId="5F8C0F2F" w14:textId="77777777" w:rsidR="00065A69" w:rsidRPr="00065A69" w:rsidRDefault="00065A69" w:rsidP="00065A69">
            <w:pPr>
              <w:spacing w:after="40" w:line="276" w:lineRule="auto"/>
              <w:jc w:val="center"/>
              <w:rPr>
                <w:rFonts w:asciiTheme="majorHAnsi" w:hAnsiTheme="majorHAnsi" w:cstheme="majorHAnsi"/>
                <w:lang w:val="es-ES"/>
              </w:rPr>
            </w:pPr>
            <w:r w:rsidRPr="00065A69">
              <w:rPr>
                <w:rFonts w:asciiTheme="majorHAnsi" w:hAnsiTheme="majorHAnsi" w:cstheme="majorHAnsi"/>
                <w:b/>
                <w:bCs/>
                <w:lang w:val="es-ES"/>
              </w:rPr>
              <w:t>LOTE 3.</w:t>
            </w:r>
            <w:r w:rsidRPr="00065A69">
              <w:rPr>
                <w:rFonts w:asciiTheme="majorHAnsi" w:hAnsiTheme="majorHAnsi" w:cstheme="majorHAnsi"/>
                <w:lang w:val="es-ES"/>
              </w:rPr>
              <w:t xml:space="preserve"> CATALUÑA, ARAGÓN, COMUNIDAD VALENCIANA.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5D03" w14:textId="77777777" w:rsidR="00065A69" w:rsidRPr="00065A69" w:rsidRDefault="00065A69" w:rsidP="00065A69">
            <w:pPr>
              <w:spacing w:after="40" w:line="276" w:lineRule="auto"/>
              <w:jc w:val="center"/>
              <w:rPr>
                <w:rFonts w:asciiTheme="majorHAnsi" w:hAnsiTheme="majorHAnsi" w:cstheme="majorHAnsi"/>
                <w:b/>
                <w:bCs/>
                <w:u w:val="single"/>
                <w:lang w:val="es-ES"/>
              </w:rPr>
            </w:pPr>
          </w:p>
          <w:p w14:paraId="030FF4E4" w14:textId="6B647D08" w:rsidR="00065A69" w:rsidRPr="00065A69" w:rsidRDefault="00065A69" w:rsidP="00065A69">
            <w:pPr>
              <w:spacing w:after="40" w:line="276" w:lineRule="auto"/>
              <w:jc w:val="center"/>
              <w:rPr>
                <w:rFonts w:asciiTheme="majorHAnsi" w:hAnsiTheme="majorHAnsi" w:cstheme="majorHAnsi"/>
                <w:b/>
                <w:bCs/>
                <w:u w:val="single"/>
                <w:lang w:val="es-ES"/>
              </w:rPr>
            </w:pPr>
            <w:hyperlink r:id="rId11" w:history="1">
              <w:r w:rsidRPr="00065A69">
                <w:rPr>
                  <w:rStyle w:val="Hipervnculo"/>
                  <w:rFonts w:asciiTheme="majorHAnsi" w:hAnsiTheme="majorHAnsi" w:cstheme="majorHAnsi"/>
                  <w:b/>
                  <w:bCs/>
                  <w:lang w:val="es-ES"/>
                </w:rPr>
                <w:t>asistenciacaes.femp@sinceo2.com</w:t>
              </w:r>
            </w:hyperlink>
            <w:r w:rsidRPr="00065A69">
              <w:rPr>
                <w:rFonts w:asciiTheme="majorHAnsi" w:hAnsiTheme="majorHAnsi" w:cstheme="majorHAnsi"/>
                <w:b/>
                <w:bCs/>
                <w:u w:val="single"/>
                <w:lang w:val="es-ES"/>
              </w:rPr>
              <w:t xml:space="preserve"> y</w:t>
            </w:r>
          </w:p>
          <w:p w14:paraId="1632762B" w14:textId="77777777" w:rsidR="00065A69" w:rsidRPr="00065A69" w:rsidRDefault="00065A69" w:rsidP="00065A69">
            <w:pPr>
              <w:spacing w:after="40" w:line="276" w:lineRule="auto"/>
              <w:jc w:val="center"/>
              <w:rPr>
                <w:rFonts w:asciiTheme="majorHAnsi" w:hAnsiTheme="majorHAnsi" w:cstheme="majorHAnsi"/>
                <w:lang w:val="es-ES"/>
              </w:rPr>
            </w:pPr>
            <w:r w:rsidRPr="00065A69">
              <w:rPr>
                <w:rFonts w:asciiTheme="majorHAnsi" w:hAnsiTheme="majorHAnsi" w:cstheme="majorHAnsi"/>
                <w:b/>
                <w:bCs/>
                <w:u w:val="single"/>
                <w:lang w:val="es-ES"/>
              </w:rPr>
              <w:t>centraldecontratacion@femp.es</w:t>
            </w:r>
          </w:p>
        </w:tc>
      </w:tr>
    </w:tbl>
    <w:p w14:paraId="16806B27" w14:textId="77777777" w:rsidR="00065A69" w:rsidRPr="00065A69" w:rsidRDefault="00065A69">
      <w:pPr>
        <w:spacing w:after="40"/>
        <w:rPr>
          <w:rFonts w:asciiTheme="majorHAnsi" w:hAnsiTheme="majorHAnsi" w:cstheme="majorHAnsi"/>
          <w:lang w:val="es-ES"/>
        </w:rPr>
      </w:pPr>
    </w:p>
    <w:sectPr w:rsidR="00065A69" w:rsidRPr="00065A69" w:rsidSect="00034616">
      <w:footerReference w:type="default" r:id="rId12"/>
      <w:pgSz w:w="12240" w:h="15840"/>
      <w:pgMar w:top="893" w:right="1008" w:bottom="893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61F6C" w14:textId="77777777" w:rsidR="00C35134" w:rsidRDefault="00C35134">
      <w:pPr>
        <w:spacing w:after="0" w:line="240" w:lineRule="auto"/>
      </w:pPr>
      <w:r>
        <w:separator/>
      </w:r>
    </w:p>
  </w:endnote>
  <w:endnote w:type="continuationSeparator" w:id="0">
    <w:p w14:paraId="0606C830" w14:textId="77777777" w:rsidR="00C35134" w:rsidRDefault="00C35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1D955" w14:textId="77777777" w:rsidR="007726C8" w:rsidRPr="00AA65DE" w:rsidRDefault="00C35134">
    <w:pPr>
      <w:pStyle w:val="Piedepgina"/>
      <w:jc w:val="center"/>
      <w:rPr>
        <w:lang w:val="es-ES"/>
      </w:rPr>
    </w:pPr>
    <w:r w:rsidRPr="00AA65DE">
      <w:rPr>
        <w:color w:val="5A6978"/>
        <w:sz w:val="16"/>
        <w:lang w:val="es-ES"/>
      </w:rPr>
      <w:t>Central de Contratación de la FEMP · Cuestionario de eficiencia energética · Acuerdo Marco CC.-02/2026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94413" w14:textId="77777777" w:rsidR="00C35134" w:rsidRDefault="00C35134">
      <w:pPr>
        <w:spacing w:after="0" w:line="240" w:lineRule="auto"/>
      </w:pPr>
      <w:r>
        <w:separator/>
      </w:r>
    </w:p>
  </w:footnote>
  <w:footnote w:type="continuationSeparator" w:id="0">
    <w:p w14:paraId="3B28D64C" w14:textId="77777777" w:rsidR="00C35134" w:rsidRDefault="00C351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2393556">
    <w:abstractNumId w:val="8"/>
  </w:num>
  <w:num w:numId="2" w16cid:durableId="343215550">
    <w:abstractNumId w:val="6"/>
  </w:num>
  <w:num w:numId="3" w16cid:durableId="1026639201">
    <w:abstractNumId w:val="5"/>
  </w:num>
  <w:num w:numId="4" w16cid:durableId="1818649774">
    <w:abstractNumId w:val="4"/>
  </w:num>
  <w:num w:numId="5" w16cid:durableId="1392074193">
    <w:abstractNumId w:val="7"/>
  </w:num>
  <w:num w:numId="6" w16cid:durableId="1718315438">
    <w:abstractNumId w:val="3"/>
  </w:num>
  <w:num w:numId="7" w16cid:durableId="1964773921">
    <w:abstractNumId w:val="2"/>
  </w:num>
  <w:num w:numId="8" w16cid:durableId="567110808">
    <w:abstractNumId w:val="1"/>
  </w:num>
  <w:num w:numId="9" w16cid:durableId="703364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5A69"/>
    <w:rsid w:val="000A2CFF"/>
    <w:rsid w:val="0015074B"/>
    <w:rsid w:val="0029639D"/>
    <w:rsid w:val="00326F90"/>
    <w:rsid w:val="004468C0"/>
    <w:rsid w:val="007726C8"/>
    <w:rsid w:val="00AA1D8D"/>
    <w:rsid w:val="00AA65DE"/>
    <w:rsid w:val="00B47730"/>
    <w:rsid w:val="00B70535"/>
    <w:rsid w:val="00C35134"/>
    <w:rsid w:val="00C43575"/>
    <w:rsid w:val="00C56BC6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F9B790"/>
  <w14:defaultImageDpi w14:val="300"/>
  <w15:docId w15:val="{A8F67427-9B5F-4004-8FEE-86AB558F9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2A3441"/>
      <w:sz w:val="19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8415F"/>
      <w:sz w:val="26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8415F"/>
      <w:sz w:val="21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8415F"/>
      <w:spacing w:val="5"/>
      <w:kern w:val="28"/>
      <w:sz w:val="4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nculo">
    <w:name w:val="Hyperlink"/>
    <w:basedOn w:val="Fuentedeprrafopredeter"/>
    <w:uiPriority w:val="99"/>
    <w:unhideWhenUsed/>
    <w:rsid w:val="00065A69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65A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sistenciacaes.femp@sinceo2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antiagocerase@meditecenergia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lejandro.feria.alvarezdetoledo@pwc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583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Sofía Fernández Gosálvez</cp:lastModifiedBy>
  <cp:revision>6</cp:revision>
  <dcterms:created xsi:type="dcterms:W3CDTF">2013-12-23T23:15:00Z</dcterms:created>
  <dcterms:modified xsi:type="dcterms:W3CDTF">2026-10-22T11:08:00Z</dcterms:modified>
  <cp:category/>
</cp:coreProperties>
</file>